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אחריות שהולכת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האחריות המתאימה לכל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זכויות הילד לבין התנהגות אחראית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(האחריות לא לפגוע באחרים, במילים ובמעשים)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(האחריות להקשיב גם לדעות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(האחריות לצרף כל ילד ולא להחרים)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(האחריות להגיע מוכנים ולא להפריע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(האחריות לשמור על הגוף ועל הניקיון)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(האחריות לשתף ולשמור על כללי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בחירת האחריות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האחריות לשתף ולשמור על 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האחריות לשמור על הפרטיות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האחריות לצרף כל ילד ולא להחרים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האחריות לשמור על הגוף ועל הניקיון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האחריות להגיע מוכנים ולא להפריע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זכות יש אחריות שהולכת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שכולם יוכלו להביע דעה, צריך גם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שייכת לזכות לסביבה נקייה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האחריות לזכות לשחק היא לשתף ולשמור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זכות ואחריות הולכות תמיד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שמחברת בבירור בין זכות ספציפית לאחריות המתאימה לה, עם דוגמה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זכות=מגיע לי, אחריות=מה שאני עושה כדי שיגיע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מהדף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בחלק ההתאמה כעבודה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לנמק בעל פה את הבחירות בחלק הבחירה המרובה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בשיתוף כמה תשובות מהמשימה הפתוחה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זכויות, אבל יחד עם כל זכות יש גם אחריות: כשמשהו מגיע לי, אני דואג/ת שהוא יגיע גם לאחרים. בדף הזה נתרגל לחבר בין זכות לאחריות שלה.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לשתף ולשמור על כללי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להגיע מוכנים ולא להפריע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לשמור על הגוף ועל הניקיון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להקשיב גם לדעות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האחריות לא לפגוע באחרים, במילים ובמעשים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האחריות לצרף כל ילד ולא להחרים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בחירת האחריות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האחריות המתאימה לזכות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לשמור על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לשתף ולשמור על כללי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להקשיב לדעות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לא ללכלך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האחריות המתאימה לזכות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לשמור על הפרטיות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להגיע מוכנים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לצרף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לשמור על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האחריות המתאימה לזכות לשוויון?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לא ללכלך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לצרף כל ילד ולא להחרים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להקשיב לדעות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לשמור על הפרטיות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האחריות המתאימה לזכות 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לשמור על הגוף ועל הניקיון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להגיע מוכנים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לשתף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לא לפגוע באחרים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האחריות המתאימה לזכות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לשמור על הפרטיות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להגיע מוכנים ולא להפריע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לא ללכלך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לצרף כל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לי זכות, אין לי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דעה כוללת גם אחריות להקשיב לדעות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האחריות לשמור על סביבה נקייה שייכת לזכות לבריאות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שלא משתף במשחק לא ממלא את האחריות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לדרוש זכות בלי לקחת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לזכות __________ יש אחריות לא לפגוע באחרים במילים ובמעשים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לזכות ללמוד יש אחריות להגיע __________ ולא להפריע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לזכות לסביבה נקייה יש אחריות לא ללכלך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לזכות לשוויון יש אחריות לצרף כל ילד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לזכות לפרטיות יש אחריות לשמור על ה__________ של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מהדף וכתבו איך אתם שומרים גם על האחריות שלה בחיי היום-יום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ולאחריות שהולכת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זכות תהיה גם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