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האחריות המתאימה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זכויות הילד לבין התנהגות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(האחריות לא לפגוע באחרים, במילים ובמעשים)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(האחריות להקשיב גם לדעות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(האחריות לצרף כל ילד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(האחריות להגיע מוכנים ולא להפריע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בחירת האחריות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האחריות לשתף ולשמור על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האחריות לשמור על הפרטיות של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שהולכת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יוכלו להביע דעה, צריך גם 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זכות=מגיע לי, אחריות=מה שאני עושה כדי שיגיע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בחלק ההתאמה כעבודה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לנמק בעל פה את הבחירות בחלק הבחירה המרובה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כמה תשובות מהמשימה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זכויות, אבל יחד עם כל זכות יש גם אחריות: כשמשהו מגיע לי, אני דואג/ת שהוא יגיע גם לאחרים. בדף הזה נתרגל לחבר בין זכות לאחריות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ביטחון  ·  מוכנים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האחריות לצרף כל ילד ולא להחרים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האחריות להגיע מוכנים ולא להפריע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האחריות להקשיב גם לדעות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האחריות לא לפגוע באחרים, במילים ובמעשים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בחירת האחריות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האחריות המתאימה לזכות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האחריות לשמור על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האחריות לשתף ולשמור על כללי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האחריות להקשיב לדעות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האחריות המתאימה לזכות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האחריות לשמור על הפרטיות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האחריות להגיע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האחריות לצרף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לי זכות, אין לי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להביע דעה כוללת גם אחריות להקשיב לדעות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לזכות __________ יש אחריות לא לפגוע באחרים במילים ובמעשים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לזכות ללמוד יש אחריות להגיע __________ ולא להפריע לאחרים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